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2E273B10" w:rsidR="00D45108" w:rsidRDefault="00AE0DD2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63D6F8" wp14:editId="68D3D86F">
            <wp:simplePos x="0" y="0"/>
            <wp:positionH relativeFrom="column">
              <wp:posOffset>4212591</wp:posOffset>
            </wp:positionH>
            <wp:positionV relativeFrom="paragraph">
              <wp:posOffset>-568326</wp:posOffset>
            </wp:positionV>
            <wp:extent cx="2651760" cy="986771"/>
            <wp:effectExtent l="0" t="0" r="0" b="4445"/>
            <wp:wrapNone/>
            <wp:docPr id="11903124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12459" name="Obrázek 11903124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5767" cy="988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C45FE" w14:textId="62F090E4" w:rsidR="008F1223" w:rsidRPr="00D45108" w:rsidRDefault="00797F0D" w:rsidP="00D45108">
      <w:pPr>
        <w:pStyle w:val="Nadpis1"/>
        <w:ind w:right="43"/>
        <w:jc w:val="center"/>
        <w:rPr>
          <w:sz w:val="40"/>
          <w:szCs w:val="40"/>
        </w:rPr>
      </w:pPr>
      <w:r>
        <w:rPr>
          <w:color w:val="E66E00"/>
          <w:sz w:val="40"/>
          <w:szCs w:val="40"/>
        </w:rPr>
        <w:t>POŽADAVEK NA POZÁRUČNÍ OPRAVU</w:t>
      </w:r>
    </w:p>
    <w:p w14:paraId="36460F58" w14:textId="041B5D1C" w:rsidR="008F1223" w:rsidRPr="00EB096B" w:rsidRDefault="007C3DB4">
      <w:pPr>
        <w:rPr>
          <w:b/>
          <w:bCs/>
          <w:sz w:val="28"/>
          <w:szCs w:val="28"/>
        </w:rPr>
      </w:pPr>
      <w:proofErr w:type="spellStart"/>
      <w:r w:rsidRPr="00D45108">
        <w:rPr>
          <w:sz w:val="28"/>
          <w:szCs w:val="28"/>
        </w:rPr>
        <w:t>Vyplněný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protokol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přiložte</w:t>
      </w:r>
      <w:proofErr w:type="spellEnd"/>
      <w:r w:rsidRPr="00D45108">
        <w:rPr>
          <w:sz w:val="28"/>
          <w:szCs w:val="28"/>
        </w:rPr>
        <w:t xml:space="preserve"> k </w:t>
      </w:r>
      <w:proofErr w:type="spellStart"/>
      <w:r w:rsidRPr="00D45108">
        <w:rPr>
          <w:sz w:val="28"/>
          <w:szCs w:val="28"/>
        </w:rPr>
        <w:t>zásilce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jej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předejte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osobně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na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adresu</w:t>
      </w:r>
      <w:proofErr w:type="spellEnd"/>
      <w:r w:rsidR="00EB096B">
        <w:rPr>
          <w:sz w:val="28"/>
          <w:szCs w:val="28"/>
        </w:rPr>
        <w:t xml:space="preserve">: </w:t>
      </w:r>
      <w:r w:rsidR="00EB096B" w:rsidRPr="00EB096B">
        <w:rPr>
          <w:b/>
          <w:bCs/>
          <w:sz w:val="28"/>
          <w:szCs w:val="28"/>
        </w:rPr>
        <w:t xml:space="preserve">Solight Holding </w:t>
      </w:r>
      <w:proofErr w:type="spellStart"/>
      <w:r w:rsidR="00EB096B" w:rsidRPr="00EB096B">
        <w:rPr>
          <w:b/>
          <w:bCs/>
          <w:sz w:val="28"/>
          <w:szCs w:val="28"/>
        </w:rPr>
        <w:t>s.r.o.</w:t>
      </w:r>
      <w:proofErr w:type="spellEnd"/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FF6376">
        <w:rPr>
          <w:b/>
          <w:bCs/>
          <w:sz w:val="28"/>
          <w:szCs w:val="28"/>
        </w:rPr>
        <w:t>Brněnská</w:t>
      </w:r>
      <w:proofErr w:type="spellEnd"/>
      <w:r w:rsidR="00FF6376">
        <w:rPr>
          <w:b/>
          <w:bCs/>
          <w:sz w:val="28"/>
          <w:szCs w:val="28"/>
        </w:rPr>
        <w:t xml:space="preserve"> 4</w:t>
      </w:r>
      <w:r w:rsidR="00177B22">
        <w:rPr>
          <w:b/>
          <w:bCs/>
          <w:sz w:val="28"/>
          <w:szCs w:val="28"/>
        </w:rPr>
        <w:t>822</w:t>
      </w:r>
      <w:r w:rsidR="00FF6376">
        <w:rPr>
          <w:b/>
          <w:bCs/>
          <w:sz w:val="28"/>
          <w:szCs w:val="28"/>
        </w:rPr>
        <w:t>/</w:t>
      </w:r>
      <w:r w:rsidR="00177B22">
        <w:rPr>
          <w:b/>
          <w:bCs/>
          <w:sz w:val="28"/>
          <w:szCs w:val="28"/>
        </w:rPr>
        <w:t>83</w:t>
      </w:r>
      <w:r w:rsidR="00EB096B" w:rsidRPr="00EB096B">
        <w:rPr>
          <w:b/>
          <w:bCs/>
          <w:sz w:val="28"/>
          <w:szCs w:val="28"/>
        </w:rPr>
        <w:t>, 796 0</w:t>
      </w:r>
      <w:r w:rsidR="00FF6376">
        <w:rPr>
          <w:b/>
          <w:bCs/>
          <w:sz w:val="28"/>
          <w:szCs w:val="28"/>
        </w:rPr>
        <w:t>1</w:t>
      </w:r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EB096B" w:rsidRPr="00EB096B">
        <w:rPr>
          <w:b/>
          <w:bCs/>
          <w:sz w:val="28"/>
          <w:szCs w:val="28"/>
        </w:rPr>
        <w:t>Prostějov</w:t>
      </w:r>
      <w:proofErr w:type="spellEnd"/>
      <w:r w:rsidR="00EB096B" w:rsidRPr="00EB096B">
        <w:rPr>
          <w:b/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7C3DB4">
            <w:pPr>
              <w:rPr>
                <w:sz w:val="32"/>
                <w:szCs w:val="32"/>
              </w:rPr>
            </w:pPr>
            <w:proofErr w:type="spellStart"/>
            <w:r w:rsidRPr="00D45108">
              <w:rPr>
                <w:sz w:val="28"/>
                <w:szCs w:val="28"/>
              </w:rPr>
              <w:t>Reklamovaný</w:t>
            </w:r>
            <w:proofErr w:type="spellEnd"/>
            <w:r w:rsidRPr="00D45108">
              <w:rPr>
                <w:sz w:val="28"/>
                <w:szCs w:val="28"/>
              </w:rPr>
              <w:t xml:space="preserve"> </w:t>
            </w:r>
            <w:r w:rsidR="00D45108" w:rsidRPr="00D45108">
              <w:rPr>
                <w:sz w:val="28"/>
                <w:szCs w:val="28"/>
              </w:rPr>
              <w:t>produkt: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7DE794B7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Jméno a příjmení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37A4FEF1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Telefon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7C3DB4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15516AA4" w14:textId="77777777" w:rsidR="009037BB" w:rsidRDefault="009037BB" w:rsidP="00D45108">
      <w:pPr>
        <w:pStyle w:val="Nadpis2"/>
        <w:rPr>
          <w:color w:val="auto"/>
          <w:sz w:val="28"/>
          <w:szCs w:val="28"/>
        </w:rPr>
      </w:pPr>
    </w:p>
    <w:p w14:paraId="5027C297" w14:textId="663834E0" w:rsidR="008F1223" w:rsidRPr="00D45108" w:rsidRDefault="007C3DB4" w:rsidP="00D45108">
      <w:pPr>
        <w:pStyle w:val="Nadpis2"/>
        <w:rPr>
          <w:color w:val="auto"/>
          <w:sz w:val="28"/>
          <w:szCs w:val="28"/>
        </w:rPr>
      </w:pPr>
      <w:proofErr w:type="spellStart"/>
      <w:r w:rsidRPr="00D45108">
        <w:rPr>
          <w:color w:val="auto"/>
          <w:sz w:val="28"/>
          <w:szCs w:val="28"/>
        </w:rPr>
        <w:t>Popis</w:t>
      </w:r>
      <w:proofErr w:type="spellEnd"/>
      <w:r w:rsidRPr="00D45108">
        <w:rPr>
          <w:color w:val="auto"/>
          <w:sz w:val="28"/>
          <w:szCs w:val="28"/>
        </w:rPr>
        <w:t xml:space="preserve"> </w:t>
      </w:r>
      <w:proofErr w:type="spellStart"/>
      <w:r w:rsidRPr="00D45108">
        <w:rPr>
          <w:color w:val="auto"/>
          <w:sz w:val="28"/>
          <w:szCs w:val="28"/>
        </w:rPr>
        <w:t>závady</w:t>
      </w:r>
      <w:proofErr w:type="spellEnd"/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31"/>
      </w:tblGrid>
      <w:tr w:rsidR="008F1223" w14:paraId="4281235F" w14:textId="77777777" w:rsidTr="00D45108">
        <w:tc>
          <w:tcPr>
            <w:tcW w:w="10816" w:type="dxa"/>
          </w:tcPr>
          <w:p w14:paraId="2060F419" w14:textId="253C67A0" w:rsidR="008F1223" w:rsidRDefault="00D45108">
            <w:r>
              <w:t>_______________________________________________________________________________________________________________________________</w:t>
            </w:r>
          </w:p>
        </w:tc>
      </w:tr>
    </w:tbl>
    <w:p w14:paraId="700A9FD4" w14:textId="2FB57FBB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 w:rsidRPr="00D45108">
        <w:rPr>
          <w:sz w:val="28"/>
          <w:szCs w:val="28"/>
        </w:rPr>
        <w:t>Reklamována</w:t>
      </w:r>
      <w:proofErr w:type="spellEnd"/>
      <w:r w:rsidRPr="00D45108">
        <w:rPr>
          <w:sz w:val="28"/>
          <w:szCs w:val="28"/>
        </w:rPr>
        <w:t xml:space="preserve"> je </w:t>
      </w:r>
      <w:proofErr w:type="spellStart"/>
      <w:r w:rsidRPr="00D45108">
        <w:rPr>
          <w:sz w:val="28"/>
          <w:szCs w:val="28"/>
        </w:rPr>
        <w:t>pouze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nebo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2CE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ANO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NE</w:t>
      </w:r>
    </w:p>
    <w:p w14:paraId="08066468" w14:textId="39CC2236" w:rsidR="008F1223" w:rsidRPr="00D45108" w:rsidRDefault="007C3DB4">
      <w:pPr>
        <w:rPr>
          <w:sz w:val="28"/>
          <w:szCs w:val="28"/>
        </w:rPr>
      </w:pPr>
      <w:proofErr w:type="spellStart"/>
      <w:r w:rsidRPr="00D45108">
        <w:rPr>
          <w:sz w:val="28"/>
          <w:szCs w:val="28"/>
        </w:rPr>
        <w:t>Pokud</w:t>
      </w:r>
      <w:proofErr w:type="spellEnd"/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 xml:space="preserve">, </w:t>
      </w:r>
      <w:proofErr w:type="spellStart"/>
      <w:r w:rsidRPr="00D45108">
        <w:rPr>
          <w:sz w:val="28"/>
          <w:szCs w:val="28"/>
        </w:rPr>
        <w:t>uveďte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jaká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="003853F3">
        <w:rPr>
          <w:sz w:val="28"/>
          <w:szCs w:val="28"/>
        </w:rPr>
        <w:t xml:space="preserve"> </w:t>
      </w:r>
      <w:proofErr w:type="spellStart"/>
      <w:r w:rsidR="003853F3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:</w:t>
      </w:r>
    </w:p>
    <w:p w14:paraId="7846AC3D" w14:textId="4FEBD5AF" w:rsidR="008F1223" w:rsidRDefault="007C3DB4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02EFFB8F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4A4AA4C8" w14:textId="7739E415" w:rsidR="008F1223" w:rsidRPr="00D45108" w:rsidRDefault="003853F3">
            <w:pPr>
              <w:rPr>
                <w:sz w:val="28"/>
                <w:szCs w:val="28"/>
              </w:rPr>
            </w:pPr>
            <w:r w:rsidRPr="00D45108">
              <w:rPr>
                <w:sz w:val="28"/>
                <w:szCs w:val="28"/>
              </w:rPr>
              <w:t>Datum: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46F63957" w14:textId="77777777" w:rsidR="008902C4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2CA079FA" w14:textId="4B924F3A" w:rsidR="008F1223" w:rsidRPr="00D45108" w:rsidRDefault="003853F3">
            <w:pPr>
              <w:rPr>
                <w:sz w:val="28"/>
                <w:szCs w:val="28"/>
              </w:rPr>
            </w:pPr>
            <w:proofErr w:type="spellStart"/>
            <w:r w:rsidRPr="00D45108">
              <w:rPr>
                <w:sz w:val="28"/>
                <w:szCs w:val="28"/>
              </w:rPr>
              <w:t>Podpis</w:t>
            </w:r>
            <w:proofErr w:type="spellEnd"/>
            <w:r w:rsidRPr="00D45108">
              <w:rPr>
                <w:sz w:val="28"/>
                <w:szCs w:val="28"/>
              </w:rPr>
              <w:t>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4A51" w14:textId="77777777" w:rsidR="005F3169" w:rsidRDefault="005F3169">
      <w:pPr>
        <w:spacing w:after="0" w:line="240" w:lineRule="auto"/>
      </w:pPr>
      <w:r>
        <w:separator/>
      </w:r>
    </w:p>
  </w:endnote>
  <w:endnote w:type="continuationSeparator" w:id="0">
    <w:p w14:paraId="29D6A1D4" w14:textId="77777777" w:rsidR="005F3169" w:rsidRDefault="005F3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A6D31" w14:textId="77777777" w:rsidR="005F3169" w:rsidRDefault="005F3169">
      <w:pPr>
        <w:spacing w:after="0" w:line="240" w:lineRule="auto"/>
      </w:pPr>
      <w:r>
        <w:separator/>
      </w:r>
    </w:p>
  </w:footnote>
  <w:footnote w:type="continuationSeparator" w:id="0">
    <w:p w14:paraId="581DCB63" w14:textId="77777777" w:rsidR="005F3169" w:rsidRDefault="005F3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7C3DB4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CD5"/>
    <w:rsid w:val="00034616"/>
    <w:rsid w:val="0005217A"/>
    <w:rsid w:val="0006063C"/>
    <w:rsid w:val="0015074B"/>
    <w:rsid w:val="00177B22"/>
    <w:rsid w:val="0029639D"/>
    <w:rsid w:val="00326F90"/>
    <w:rsid w:val="003853F3"/>
    <w:rsid w:val="003C52F3"/>
    <w:rsid w:val="00442CE9"/>
    <w:rsid w:val="00462DEB"/>
    <w:rsid w:val="004764A0"/>
    <w:rsid w:val="005F3169"/>
    <w:rsid w:val="00647BAF"/>
    <w:rsid w:val="006B31A9"/>
    <w:rsid w:val="006B598A"/>
    <w:rsid w:val="00727384"/>
    <w:rsid w:val="00795AD2"/>
    <w:rsid w:val="00797F0D"/>
    <w:rsid w:val="007B137B"/>
    <w:rsid w:val="007C3DB4"/>
    <w:rsid w:val="007E5E9D"/>
    <w:rsid w:val="008854C9"/>
    <w:rsid w:val="008902C4"/>
    <w:rsid w:val="008F1223"/>
    <w:rsid w:val="009037BB"/>
    <w:rsid w:val="00915ED3"/>
    <w:rsid w:val="00944AAF"/>
    <w:rsid w:val="009655C8"/>
    <w:rsid w:val="00973EB2"/>
    <w:rsid w:val="009A2C5C"/>
    <w:rsid w:val="009D3CF9"/>
    <w:rsid w:val="00A51D69"/>
    <w:rsid w:val="00AA1D8D"/>
    <w:rsid w:val="00AD5F5E"/>
    <w:rsid w:val="00AE0DD2"/>
    <w:rsid w:val="00B47730"/>
    <w:rsid w:val="00B542BE"/>
    <w:rsid w:val="00B70FE9"/>
    <w:rsid w:val="00BB6131"/>
    <w:rsid w:val="00C526EB"/>
    <w:rsid w:val="00CB0664"/>
    <w:rsid w:val="00CE0DA2"/>
    <w:rsid w:val="00D45108"/>
    <w:rsid w:val="00D47315"/>
    <w:rsid w:val="00D635B1"/>
    <w:rsid w:val="00DF4CF1"/>
    <w:rsid w:val="00E22700"/>
    <w:rsid w:val="00E5548C"/>
    <w:rsid w:val="00E6034F"/>
    <w:rsid w:val="00EB096B"/>
    <w:rsid w:val="00FC693F"/>
    <w:rsid w:val="00FE1385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DE56BD63-632D-4F9A-B512-972ED16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Kňava Ondřej</cp:lastModifiedBy>
  <cp:revision>2</cp:revision>
  <dcterms:created xsi:type="dcterms:W3CDTF">2026-10-19T13:26:00Z</dcterms:created>
  <dcterms:modified xsi:type="dcterms:W3CDTF">2026-10-19T13:26:00Z</dcterms:modified>
  <cp:category/>
</cp:coreProperties>
</file>