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0C9AE621" w:rsidR="00D45108" w:rsidRDefault="006117CB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 w:rsidRPr="00D45108">
        <w:rPr>
          <w:noProof/>
        </w:rPr>
        <w:drawing>
          <wp:anchor distT="0" distB="0" distL="114300" distR="114300" simplePos="0" relativeHeight="251659264" behindDoc="1" locked="0" layoutInCell="1" allowOverlap="1" wp14:anchorId="2D7B3244" wp14:editId="224BAB0F">
            <wp:simplePos x="0" y="0"/>
            <wp:positionH relativeFrom="column">
              <wp:posOffset>3550920</wp:posOffset>
            </wp:positionH>
            <wp:positionV relativeFrom="paragraph">
              <wp:posOffset>-541655</wp:posOffset>
            </wp:positionV>
            <wp:extent cx="3194050" cy="1074420"/>
            <wp:effectExtent l="0" t="0" r="6350" b="0"/>
            <wp:wrapNone/>
            <wp:docPr id="4531419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41970" name=""/>
                    <pic:cNvPicPr/>
                  </pic:nvPicPr>
                  <pic:blipFill rotWithShape="1">
                    <a:blip r:embed="rId8"/>
                    <a:srcRect t="17310" r="38735" b="20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1074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C45FE" w14:textId="2ABE4B8D" w:rsidR="008F1223" w:rsidRPr="00D45108" w:rsidRDefault="00000000" w:rsidP="00D45108">
      <w:pPr>
        <w:pStyle w:val="Nadpis1"/>
        <w:ind w:right="43"/>
        <w:jc w:val="center"/>
        <w:rPr>
          <w:sz w:val="40"/>
          <w:szCs w:val="40"/>
        </w:rPr>
      </w:pPr>
      <w:r w:rsidRPr="00D45108">
        <w:rPr>
          <w:color w:val="E66E00"/>
          <w:sz w:val="40"/>
          <w:szCs w:val="40"/>
        </w:rPr>
        <w:t>REKLAMAČN</w:t>
      </w:r>
      <w:r w:rsidR="00EA6136">
        <w:rPr>
          <w:color w:val="E66E00"/>
          <w:sz w:val="40"/>
          <w:szCs w:val="40"/>
        </w:rPr>
        <w:t>Ý</w:t>
      </w:r>
      <w:r w:rsidRPr="00D45108">
        <w:rPr>
          <w:color w:val="E66E00"/>
          <w:sz w:val="40"/>
          <w:szCs w:val="40"/>
        </w:rPr>
        <w:t xml:space="preserve"> PROTOKOL</w:t>
      </w:r>
    </w:p>
    <w:p w14:paraId="7C7F4D39" w14:textId="7B4725D4" w:rsidR="00D45108" w:rsidRPr="00D635B1" w:rsidRDefault="00000000">
      <w:pPr>
        <w:rPr>
          <w:i/>
          <w:iCs/>
          <w:sz w:val="28"/>
          <w:szCs w:val="28"/>
        </w:rPr>
      </w:pPr>
      <w:sdt>
        <w:sdtPr>
          <w:rPr>
            <w:sz w:val="36"/>
            <w:szCs w:val="36"/>
          </w:rPr>
          <w:id w:val="1886058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 w:rsidRPr="003C52F3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D635B1">
        <w:t xml:space="preserve">          </w:t>
      </w:r>
      <w:r w:rsidR="00D45108" w:rsidRPr="00D635B1">
        <w:rPr>
          <w:i/>
          <w:iCs/>
          <w:sz w:val="28"/>
          <w:szCs w:val="28"/>
        </w:rPr>
        <w:t>Zaškrtn</w:t>
      </w:r>
      <w:r w:rsidR="00EA6136">
        <w:rPr>
          <w:i/>
          <w:iCs/>
          <w:sz w:val="28"/>
          <w:szCs w:val="28"/>
        </w:rPr>
        <w:t>ite</w:t>
      </w:r>
      <w:r w:rsidR="00D45108" w:rsidRPr="00D635B1">
        <w:rPr>
          <w:i/>
          <w:iCs/>
          <w:sz w:val="28"/>
          <w:szCs w:val="28"/>
        </w:rPr>
        <w:t xml:space="preserve">, </w:t>
      </w:r>
      <w:r w:rsidR="00EA6136" w:rsidRPr="00EA6136">
        <w:rPr>
          <w:i/>
          <w:iCs/>
          <w:sz w:val="28"/>
          <w:szCs w:val="28"/>
        </w:rPr>
        <w:t>ak ide o požiadavku na pozáručnú opravu</w:t>
      </w:r>
    </w:p>
    <w:p w14:paraId="36460F58" w14:textId="0DDA2FC7" w:rsidR="008F1223" w:rsidRPr="00EA6136" w:rsidRDefault="00EA6136">
      <w:pPr>
        <w:rPr>
          <w:b/>
          <w:bCs/>
          <w:sz w:val="28"/>
          <w:szCs w:val="28"/>
        </w:rPr>
      </w:pPr>
      <w:r w:rsidRPr="00EA6136">
        <w:rPr>
          <w:sz w:val="28"/>
          <w:szCs w:val="28"/>
        </w:rPr>
        <w:t>Vyplnený reklamačný protokol priložte k zásielke alebo ho odovzdajte osobne spolu s kópiou dokladu o kúpe na adresu:</w:t>
      </w:r>
      <w:r>
        <w:rPr>
          <w:sz w:val="28"/>
          <w:szCs w:val="28"/>
        </w:rPr>
        <w:t xml:space="preserve"> </w:t>
      </w:r>
      <w:r w:rsidRPr="00EA6136">
        <w:rPr>
          <w:b/>
          <w:bCs/>
          <w:sz w:val="28"/>
          <w:szCs w:val="28"/>
        </w:rPr>
        <w:t xml:space="preserve">Solight Holding s.r.o., </w:t>
      </w:r>
      <w:r w:rsidR="00246D84">
        <w:rPr>
          <w:b/>
          <w:bCs/>
          <w:sz w:val="28"/>
          <w:szCs w:val="28"/>
        </w:rPr>
        <w:t>Brněnská 4646/69</w:t>
      </w:r>
      <w:r w:rsidRPr="00EA6136">
        <w:rPr>
          <w:b/>
          <w:bCs/>
          <w:sz w:val="28"/>
          <w:szCs w:val="28"/>
        </w:rPr>
        <w:t>, 796 0</w:t>
      </w:r>
      <w:r w:rsidR="00246D84">
        <w:rPr>
          <w:b/>
          <w:bCs/>
          <w:sz w:val="28"/>
          <w:szCs w:val="28"/>
        </w:rPr>
        <w:t>1</w:t>
      </w:r>
      <w:r w:rsidRPr="00EA6136">
        <w:rPr>
          <w:b/>
          <w:bCs/>
          <w:sz w:val="28"/>
          <w:szCs w:val="28"/>
        </w:rPr>
        <w:t xml:space="preserve"> Prostějov.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 xml:space="preserve">Reklamovaný </w:t>
            </w:r>
            <w:r w:rsidR="00D45108" w:rsidRPr="00D45108">
              <w:rPr>
                <w:sz w:val="28"/>
                <w:szCs w:val="28"/>
              </w:rPr>
              <w:t>produkt: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6A3C7C8" w14:textId="77777777" w:rsidTr="00D45108">
        <w:trPr>
          <w:jc w:val="center"/>
        </w:trPr>
        <w:tc>
          <w:tcPr>
            <w:tcW w:w="4320" w:type="dxa"/>
          </w:tcPr>
          <w:p w14:paraId="3F422201" w14:textId="7DA8043D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Číslo nákupn</w:t>
            </w:r>
            <w:r w:rsidR="00EA6136">
              <w:rPr>
                <w:sz w:val="28"/>
                <w:szCs w:val="28"/>
              </w:rPr>
              <w:t>é</w:t>
            </w:r>
            <w:r w:rsidRPr="00D45108">
              <w:rPr>
                <w:sz w:val="28"/>
                <w:szCs w:val="28"/>
              </w:rPr>
              <w:t>ho dokladu</w:t>
            </w:r>
            <w:r w:rsidR="00EB096B">
              <w:rPr>
                <w:sz w:val="28"/>
                <w:szCs w:val="28"/>
              </w:rPr>
              <w:t xml:space="preserve"> </w:t>
            </w:r>
            <w:r w:rsidR="00EB096B" w:rsidRPr="00EB096B">
              <w:t>(fakt</w:t>
            </w:r>
            <w:r w:rsidR="00EA6136">
              <w:t>ú</w:t>
            </w:r>
            <w:r w:rsidR="00EB096B" w:rsidRPr="00EB096B">
              <w:t>ra, dodací list apod.)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671F4B97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5604ECF2" w:rsidR="008F1223" w:rsidRPr="00D45108" w:rsidRDefault="00EA6136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Meno</w:t>
            </w:r>
            <w:r w:rsidRPr="00D45108">
              <w:rPr>
                <w:sz w:val="28"/>
                <w:szCs w:val="28"/>
              </w:rPr>
              <w:t xml:space="preserve"> a p</w:t>
            </w:r>
            <w:r>
              <w:rPr>
                <w:sz w:val="28"/>
                <w:szCs w:val="28"/>
              </w:rPr>
              <w:t>riezvisko: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077106E4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</w:t>
            </w:r>
            <w:r w:rsidR="00EA6136">
              <w:rPr>
                <w:sz w:val="28"/>
                <w:szCs w:val="28"/>
              </w:rPr>
              <w:t>ó</w:t>
            </w:r>
            <w:r w:rsidRPr="00D45108">
              <w:rPr>
                <w:sz w:val="28"/>
                <w:szCs w:val="28"/>
              </w:rPr>
              <w:t>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5027C297" w14:textId="332D169E" w:rsidR="008F1223" w:rsidRPr="00D45108" w:rsidRDefault="00000000" w:rsidP="00D45108">
      <w:pPr>
        <w:pStyle w:val="Nadpis2"/>
        <w:rPr>
          <w:color w:val="auto"/>
          <w:sz w:val="28"/>
          <w:szCs w:val="28"/>
        </w:rPr>
      </w:pPr>
      <w:r w:rsidRPr="00D45108">
        <w:rPr>
          <w:color w:val="auto"/>
          <w:sz w:val="28"/>
          <w:szCs w:val="28"/>
        </w:rPr>
        <w:t>Popis závady</w:t>
      </w:r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16"/>
      </w:tblGrid>
      <w:tr w:rsidR="008F1223" w14:paraId="4281235F" w14:textId="77777777" w:rsidTr="00D45108">
        <w:tc>
          <w:tcPr>
            <w:tcW w:w="10816" w:type="dxa"/>
          </w:tcPr>
          <w:p w14:paraId="2060F419" w14:textId="0F18C281" w:rsidR="008F1223" w:rsidRDefault="00D45108">
            <w:r>
              <w:t>__________________________________________________________________________________________________________________________________</w:t>
            </w:r>
          </w:p>
        </w:tc>
      </w:tr>
    </w:tbl>
    <w:p w14:paraId="700A9FD4" w14:textId="5042F680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r w:rsidRPr="00D45108">
        <w:rPr>
          <w:sz w:val="28"/>
          <w:szCs w:val="28"/>
        </w:rPr>
        <w:t xml:space="preserve">Reklamována je </w:t>
      </w:r>
      <w:r w:rsidR="00EA6136">
        <w:rPr>
          <w:sz w:val="28"/>
          <w:szCs w:val="28"/>
        </w:rPr>
        <w:t xml:space="preserve">iba </w:t>
      </w:r>
      <w:r w:rsidRPr="00D45108">
        <w:rPr>
          <w:sz w:val="28"/>
          <w:szCs w:val="28"/>
        </w:rPr>
        <w:t xml:space="preserve">část produktu </w:t>
      </w:r>
      <w:r w:rsidR="00EA6136">
        <w:rPr>
          <w:sz w:val="28"/>
          <w:szCs w:val="28"/>
        </w:rPr>
        <w:t>alebo</w:t>
      </w:r>
      <w:r w:rsidRPr="00D45108">
        <w:rPr>
          <w:sz w:val="28"/>
          <w:szCs w:val="28"/>
        </w:rPr>
        <w:t xml:space="preserve"> příslušenstv</w:t>
      </w:r>
      <w:r w:rsidR="00EA6136">
        <w:rPr>
          <w:sz w:val="28"/>
          <w:szCs w:val="28"/>
        </w:rPr>
        <w:t>o</w:t>
      </w:r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</w:t>
      </w:r>
      <w:r w:rsidR="00EA6136">
        <w:rPr>
          <w:sz w:val="28"/>
          <w:szCs w:val="28"/>
        </w:rPr>
        <w:t>Á</w:t>
      </w:r>
      <w:r w:rsidRPr="00D45108">
        <w:rPr>
          <w:sz w:val="28"/>
          <w:szCs w:val="28"/>
        </w:rPr>
        <w:t xml:space="preserve">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</w:t>
      </w:r>
      <w:r w:rsidR="00EA6136">
        <w:rPr>
          <w:sz w:val="28"/>
          <w:szCs w:val="28"/>
        </w:rPr>
        <w:t>I</w:t>
      </w:r>
      <w:r w:rsidRPr="00D45108">
        <w:rPr>
          <w:sz w:val="28"/>
          <w:szCs w:val="28"/>
        </w:rPr>
        <w:t>E</w:t>
      </w:r>
    </w:p>
    <w:p w14:paraId="08066468" w14:textId="1F4906C7" w:rsidR="008F1223" w:rsidRPr="00D45108" w:rsidRDefault="00EA6136">
      <w:pPr>
        <w:rPr>
          <w:sz w:val="28"/>
          <w:szCs w:val="28"/>
        </w:rPr>
      </w:pPr>
      <w:r>
        <w:rPr>
          <w:sz w:val="28"/>
          <w:szCs w:val="28"/>
        </w:rPr>
        <w:t>Ak</w:t>
      </w:r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>, uveďte aká čás</w:t>
      </w:r>
      <w:r>
        <w:rPr>
          <w:sz w:val="28"/>
          <w:szCs w:val="28"/>
        </w:rPr>
        <w:t>ť</w:t>
      </w:r>
      <w:r w:rsidR="003853F3">
        <w:rPr>
          <w:sz w:val="28"/>
          <w:szCs w:val="28"/>
        </w:rPr>
        <w:t xml:space="preserve"> produktu</w:t>
      </w:r>
      <w:r w:rsidRPr="00D45108">
        <w:rPr>
          <w:sz w:val="28"/>
          <w:szCs w:val="28"/>
        </w:rPr>
        <w:t xml:space="preserve"> </w:t>
      </w:r>
      <w:r>
        <w:rPr>
          <w:sz w:val="28"/>
          <w:szCs w:val="28"/>
        </w:rPr>
        <w:t>ale</w:t>
      </w:r>
      <w:r w:rsidRPr="00D45108">
        <w:rPr>
          <w:sz w:val="28"/>
          <w:szCs w:val="28"/>
        </w:rPr>
        <w:t>ebo příslušenstv</w:t>
      </w:r>
      <w:r>
        <w:rPr>
          <w:sz w:val="28"/>
          <w:szCs w:val="28"/>
        </w:rPr>
        <w:t>a</w:t>
      </w:r>
      <w:r w:rsidRPr="00D45108">
        <w:rPr>
          <w:sz w:val="28"/>
          <w:szCs w:val="28"/>
        </w:rPr>
        <w:t>:</w:t>
      </w:r>
    </w:p>
    <w:p w14:paraId="7846AC3D" w14:textId="4FEBD5AF" w:rsidR="008F1223" w:rsidRDefault="00000000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4A4AA4C8" w14:textId="3FF59D85" w:rsidR="008F1223" w:rsidRPr="00D45108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D45108">
              <w:rPr>
                <w:sz w:val="28"/>
                <w:szCs w:val="28"/>
              </w:rPr>
              <w:t>D</w:t>
            </w:r>
            <w:r w:rsidR="00EA6136">
              <w:rPr>
                <w:sz w:val="28"/>
                <w:szCs w:val="28"/>
              </w:rPr>
              <w:t>á</w:t>
            </w:r>
            <w:r w:rsidRPr="00D45108">
              <w:rPr>
                <w:sz w:val="28"/>
                <w:szCs w:val="28"/>
              </w:rPr>
              <w:t>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2CA079FA" w14:textId="6A47690B" w:rsidR="008F1223" w:rsidRPr="00D45108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D45108">
              <w:rPr>
                <w:sz w:val="28"/>
                <w:szCs w:val="28"/>
              </w:rPr>
              <w:t>Podpis: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A2AB1" w14:textId="77777777" w:rsidR="00A00FCE" w:rsidRDefault="00A00FCE">
      <w:pPr>
        <w:spacing w:after="0" w:line="240" w:lineRule="auto"/>
      </w:pPr>
      <w:r>
        <w:separator/>
      </w:r>
    </w:p>
  </w:endnote>
  <w:endnote w:type="continuationSeparator" w:id="0">
    <w:p w14:paraId="0330DEFB" w14:textId="77777777" w:rsidR="00A00FCE" w:rsidRDefault="00A00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0036A" w14:textId="77777777" w:rsidR="00A00FCE" w:rsidRDefault="00A00FCE">
      <w:pPr>
        <w:spacing w:after="0" w:line="240" w:lineRule="auto"/>
      </w:pPr>
      <w:r>
        <w:separator/>
      </w:r>
    </w:p>
  </w:footnote>
  <w:footnote w:type="continuationSeparator" w:id="0">
    <w:p w14:paraId="1BFA941C" w14:textId="77777777" w:rsidR="00A00FCE" w:rsidRDefault="00A00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000000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6D84"/>
    <w:rsid w:val="0029639D"/>
    <w:rsid w:val="00326E81"/>
    <w:rsid w:val="00326F90"/>
    <w:rsid w:val="003853F3"/>
    <w:rsid w:val="003C52F3"/>
    <w:rsid w:val="006117CB"/>
    <w:rsid w:val="006B598A"/>
    <w:rsid w:val="007B137B"/>
    <w:rsid w:val="008854C9"/>
    <w:rsid w:val="008F1223"/>
    <w:rsid w:val="009A2C5C"/>
    <w:rsid w:val="00A00FCE"/>
    <w:rsid w:val="00AA1D8D"/>
    <w:rsid w:val="00B47730"/>
    <w:rsid w:val="00CB0664"/>
    <w:rsid w:val="00D45108"/>
    <w:rsid w:val="00D54577"/>
    <w:rsid w:val="00D635B1"/>
    <w:rsid w:val="00DE34BA"/>
    <w:rsid w:val="00EA6136"/>
    <w:rsid w:val="00EB09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A45DD0E2-346C-4B5C-94C1-B3B0973A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154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Kňava Ondřej</cp:lastModifiedBy>
  <cp:revision>3</cp:revision>
  <cp:lastPrinted>2026-08-03T09:20:00Z</cp:lastPrinted>
  <dcterms:created xsi:type="dcterms:W3CDTF">2026-09-21T09:14:00Z</dcterms:created>
  <dcterms:modified xsi:type="dcterms:W3CDTF">2026-09-21T09:27:00Z</dcterms:modified>
  <cp:category/>
</cp:coreProperties>
</file>